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Borders>
          <w:top w:val="single" w:sz="4" w:space="0" w:color="B7C2CC"/>
          <w:left w:val="single" w:sz="4" w:space="0" w:color="B7C2CC"/>
          <w:bottom w:val="single" w:sz="4" w:space="0" w:color="B7C2CC"/>
          <w:right w:val="single" w:sz="4" w:space="0" w:color="B7C2CC"/>
          <w:insideH w:val="single" w:sz="4" w:space="0" w:color="B7C2CC"/>
          <w:insideV w:val="single" w:sz="4" w:space="0" w:color="B7C2CC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8703"/>
      </w:tblGrid>
      <w:tr w:rsidR="00870F98" w14:paraId="12FBB1B3" w14:textId="77777777" w:rsidTr="005B76DC">
        <w:trPr>
          <w:cantSplit/>
          <w:trHeight w:val="567"/>
          <w:jc w:val="center"/>
        </w:trPr>
        <w:tc>
          <w:tcPr>
            <w:tcW w:w="1757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AC5D8" w14:textId="77777777" w:rsidR="00870F98" w:rsidRDefault="00000000" w:rsidP="005B76DC">
            <w:pPr>
              <w:spacing w:after="100" w:afterAutospacing="1" w:line="240" w:lineRule="auto"/>
              <w:jc w:val="center"/>
            </w:pPr>
            <w:r>
              <w:rPr>
                <w:b/>
                <w:color w:val="777777"/>
                <w:sz w:val="20"/>
              </w:rPr>
              <w:t>FIRMENLOGO</w:t>
            </w:r>
            <w:r>
              <w:rPr>
                <w:b/>
                <w:color w:val="777777"/>
                <w:sz w:val="20"/>
              </w:rPr>
              <w:br/>
              <w:t>EINFÜGEN</w:t>
            </w:r>
          </w:p>
        </w:tc>
        <w:tc>
          <w:tcPr>
            <w:tcW w:w="870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4EBED" w14:textId="2B4E588A" w:rsidR="00870F98" w:rsidRPr="005B76DC" w:rsidRDefault="00000000" w:rsidP="005B76DC">
            <w:pPr>
              <w:spacing w:after="100" w:afterAutospacing="1" w:line="240" w:lineRule="auto"/>
              <w:jc w:val="center"/>
              <w:rPr>
                <w:color w:val="000000" w:themeColor="text1"/>
              </w:rPr>
            </w:pPr>
            <w:r w:rsidRPr="005B76DC">
              <w:rPr>
                <w:b/>
                <w:color w:val="000000" w:themeColor="text1"/>
                <w:sz w:val="34"/>
              </w:rPr>
              <w:t xml:space="preserve">SCHULUNGS- </w:t>
            </w:r>
            <w:r w:rsidR="002F4868" w:rsidRPr="005B76DC">
              <w:rPr>
                <w:b/>
                <w:color w:val="000000" w:themeColor="text1"/>
                <w:sz w:val="34"/>
              </w:rPr>
              <w:t>&amp;</w:t>
            </w:r>
            <w:r w:rsidR="005B76DC">
              <w:rPr>
                <w:b/>
                <w:color w:val="000000" w:themeColor="text1"/>
                <w:sz w:val="34"/>
              </w:rPr>
              <w:t xml:space="preserve"> </w:t>
            </w:r>
            <w:r w:rsidRPr="005B76DC">
              <w:rPr>
                <w:b/>
                <w:color w:val="000000" w:themeColor="text1"/>
                <w:sz w:val="34"/>
              </w:rPr>
              <w:t>UNTERWEISUNGSNACHWEIS</w:t>
            </w:r>
          </w:p>
        </w:tc>
      </w:tr>
    </w:tbl>
    <w:p w14:paraId="5CDCE842" w14:textId="77777777" w:rsidR="00870F98" w:rsidRDefault="00870F98">
      <w:pPr>
        <w:spacing w:after="40"/>
      </w:pPr>
    </w:p>
    <w:tbl>
      <w:tblPr>
        <w:tblW w:w="0" w:type="auto"/>
        <w:jc w:val="center"/>
        <w:tblBorders>
          <w:top w:val="single" w:sz="4" w:space="0" w:color="B7C2CC"/>
          <w:left w:val="single" w:sz="4" w:space="0" w:color="B7C2CC"/>
          <w:bottom w:val="single" w:sz="4" w:space="0" w:color="B7C2CC"/>
          <w:right w:val="single" w:sz="4" w:space="0" w:color="B7C2CC"/>
          <w:insideH w:val="single" w:sz="4" w:space="0" w:color="B7C2CC"/>
          <w:insideV w:val="single" w:sz="4" w:space="0" w:color="B7C2CC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3515"/>
        <w:gridCol w:w="1757"/>
        <w:gridCol w:w="3515"/>
      </w:tblGrid>
      <w:tr w:rsidR="00870F98" w14:paraId="5A75C462" w14:textId="77777777" w:rsidTr="006B485A">
        <w:trPr>
          <w:trHeight w:val="567"/>
          <w:jc w:val="center"/>
        </w:trPr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1C709B7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Schulung / Thema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BCC6DDF" w14:textId="535ED46B" w:rsidR="00870F98" w:rsidRDefault="00870F98" w:rsidP="006B485A">
            <w:pPr>
              <w:spacing w:after="0"/>
            </w:pPr>
          </w:p>
        </w:tc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C9FED4A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Datum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E5EEB4D" w14:textId="7807F086" w:rsidR="00870F98" w:rsidRDefault="00870F98" w:rsidP="006B485A">
            <w:pPr>
              <w:spacing w:after="0"/>
            </w:pPr>
          </w:p>
        </w:tc>
      </w:tr>
      <w:tr w:rsidR="00870F98" w14:paraId="41358C9A" w14:textId="77777777" w:rsidTr="006B485A">
        <w:trPr>
          <w:trHeight w:val="567"/>
          <w:jc w:val="center"/>
        </w:trPr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2FBD484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Bereich / Abteilung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214C1E4" w14:textId="63A334D8" w:rsidR="00870F98" w:rsidRDefault="00870F98" w:rsidP="006B485A">
            <w:pPr>
              <w:spacing w:after="0"/>
            </w:pPr>
          </w:p>
        </w:tc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15F1DEC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Dauer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90BB543" w14:textId="072F3F87" w:rsidR="00870F98" w:rsidRDefault="00870F98" w:rsidP="006B485A">
            <w:pPr>
              <w:spacing w:after="0"/>
            </w:pPr>
          </w:p>
        </w:tc>
      </w:tr>
      <w:tr w:rsidR="00870F98" w14:paraId="5191EF47" w14:textId="77777777" w:rsidTr="006B485A">
        <w:trPr>
          <w:trHeight w:val="567"/>
          <w:jc w:val="center"/>
        </w:trPr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E5FD1CD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Trainer / Referent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D0087DA" w14:textId="3AA4D797" w:rsidR="00870F98" w:rsidRDefault="00870F98" w:rsidP="006B485A">
            <w:pPr>
              <w:spacing w:after="0"/>
            </w:pPr>
          </w:p>
        </w:tc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868A2FE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Schulungsart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141BA3A" w14:textId="77777777" w:rsidR="00870F98" w:rsidRDefault="00000000" w:rsidP="006B485A">
            <w:pPr>
              <w:spacing w:after="0"/>
            </w:pPr>
            <w:r>
              <w:rPr>
                <w:color w:val="333333"/>
                <w:sz w:val="16"/>
              </w:rPr>
              <w:t>☐ Erstschulung   ☐ Wiederholung</w:t>
            </w:r>
          </w:p>
        </w:tc>
      </w:tr>
      <w:tr w:rsidR="00870F98" w14:paraId="3B9099CA" w14:textId="77777777" w:rsidTr="006B485A">
        <w:trPr>
          <w:trHeight w:val="567"/>
          <w:jc w:val="center"/>
        </w:trPr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6955713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Dokument / SOP / AA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A3A68DE" w14:textId="77777777" w:rsidR="00870F98" w:rsidRDefault="00000000" w:rsidP="006B485A">
            <w:pPr>
              <w:spacing w:after="0"/>
            </w:pPr>
            <w:r>
              <w:rPr>
                <w:color w:val="333333"/>
                <w:sz w:val="16"/>
              </w:rPr>
              <w:t>Nr. / Titel / Version:</w:t>
            </w:r>
          </w:p>
        </w:tc>
        <w:tc>
          <w:tcPr>
            <w:tcW w:w="1757" w:type="dxa"/>
            <w:shd w:val="clear" w:color="auto" w:fill="EAF1F8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DD5D4E0" w14:textId="77777777" w:rsidR="00870F98" w:rsidRDefault="00000000" w:rsidP="006B485A">
            <w:pPr>
              <w:spacing w:after="0"/>
            </w:pPr>
            <w:r>
              <w:rPr>
                <w:b/>
                <w:color w:val="17365D"/>
                <w:sz w:val="16"/>
              </w:rPr>
              <w:t>Gültigkeit / Turnus</w:t>
            </w:r>
          </w:p>
        </w:tc>
        <w:tc>
          <w:tcPr>
            <w:tcW w:w="3515" w:type="dxa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F54997A" w14:textId="60EF8283" w:rsidR="00870F98" w:rsidRDefault="00870F98" w:rsidP="006B485A">
            <w:pPr>
              <w:spacing w:after="0"/>
            </w:pPr>
          </w:p>
        </w:tc>
      </w:tr>
    </w:tbl>
    <w:p w14:paraId="3568A443" w14:textId="77777777" w:rsidR="00870F98" w:rsidRDefault="00000000">
      <w:pPr>
        <w:spacing w:before="100" w:after="80"/>
      </w:pPr>
      <w:r>
        <w:rPr>
          <w:b/>
          <w:color w:val="17365D"/>
          <w:sz w:val="20"/>
        </w:rPr>
        <w:t>Teilnahmebestätigung</w:t>
      </w:r>
    </w:p>
    <w:p w14:paraId="0A727BEE" w14:textId="77777777" w:rsidR="00870F98" w:rsidRDefault="00000000">
      <w:pPr>
        <w:spacing w:after="100" w:line="240" w:lineRule="auto"/>
      </w:pPr>
      <w:r>
        <w:rPr>
          <w:color w:val="333333"/>
          <w:sz w:val="17"/>
        </w:rPr>
        <w:t>Mit meiner Unterschrift bestätige ich, dass ich an der oben genannten Schulung / Unterweisung teilgenommen habe und die vermittelten Inhalte behandelt wurden.</w:t>
      </w:r>
    </w:p>
    <w:tbl>
      <w:tblPr>
        <w:tblW w:w="0" w:type="auto"/>
        <w:jc w:val="center"/>
        <w:tblBorders>
          <w:top w:val="single" w:sz="4" w:space="0" w:color="B7C2CC"/>
          <w:left w:val="single" w:sz="4" w:space="0" w:color="B7C2CC"/>
          <w:bottom w:val="single" w:sz="4" w:space="0" w:color="B7C2CC"/>
          <w:right w:val="single" w:sz="4" w:space="0" w:color="B7C2CC"/>
          <w:insideH w:val="single" w:sz="4" w:space="0" w:color="B7C2CC"/>
          <w:insideV w:val="single" w:sz="4" w:space="0" w:color="B7C2CC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948"/>
        <w:gridCol w:w="1474"/>
        <w:gridCol w:w="2097"/>
        <w:gridCol w:w="3515"/>
      </w:tblGrid>
      <w:tr w:rsidR="00870F98" w14:paraId="5499AC76" w14:textId="77777777" w:rsidTr="006B485A">
        <w:trPr>
          <w:trHeight w:val="567"/>
          <w:tblHeader/>
          <w:jc w:val="center"/>
        </w:trPr>
        <w:tc>
          <w:tcPr>
            <w:tcW w:w="510" w:type="dxa"/>
            <w:shd w:val="clear" w:color="auto" w:fill="17365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0907EA" w14:textId="77777777" w:rsidR="00870F98" w:rsidRDefault="00000000" w:rsidP="006B485A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2948" w:type="dxa"/>
            <w:shd w:val="clear" w:color="auto" w:fill="17365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818D87" w14:textId="77777777" w:rsidR="00870F98" w:rsidRDefault="00000000" w:rsidP="006B485A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Name, Vorname</w:t>
            </w:r>
          </w:p>
        </w:tc>
        <w:tc>
          <w:tcPr>
            <w:tcW w:w="1474" w:type="dxa"/>
            <w:shd w:val="clear" w:color="auto" w:fill="17365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1F2EA3" w14:textId="77777777" w:rsidR="00870F98" w:rsidRDefault="00000000" w:rsidP="006B485A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Personal-Nr.</w:t>
            </w:r>
          </w:p>
        </w:tc>
        <w:tc>
          <w:tcPr>
            <w:tcW w:w="2097" w:type="dxa"/>
            <w:shd w:val="clear" w:color="auto" w:fill="17365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4CFEB3" w14:textId="77777777" w:rsidR="00870F98" w:rsidRDefault="00000000" w:rsidP="006B485A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Abteilung</w:t>
            </w:r>
          </w:p>
        </w:tc>
        <w:tc>
          <w:tcPr>
            <w:tcW w:w="3515" w:type="dxa"/>
            <w:shd w:val="clear" w:color="auto" w:fill="17365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D410EA" w14:textId="77777777" w:rsidR="00870F98" w:rsidRDefault="00000000" w:rsidP="006B485A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Unterschrift</w:t>
            </w:r>
          </w:p>
        </w:tc>
      </w:tr>
      <w:tr w:rsidR="00870F98" w14:paraId="05D379C9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A0156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920B3F" w14:textId="096C42A0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642E8" w14:textId="1944AECC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01A203" w14:textId="7AF28433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B11DDC" w14:textId="44C68C4B" w:rsidR="00870F98" w:rsidRDefault="00870F98" w:rsidP="006B485A">
            <w:pPr>
              <w:spacing w:after="0"/>
              <w:jc w:val="center"/>
            </w:pPr>
          </w:p>
        </w:tc>
      </w:tr>
      <w:tr w:rsidR="00870F98" w14:paraId="0E13153D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F3C6F9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2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2505B7" w14:textId="1000E527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590D5A" w14:textId="0D63BCB9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6227AA" w14:textId="464BB77C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9862CC" w14:textId="61CAE550" w:rsidR="00870F98" w:rsidRDefault="00870F98" w:rsidP="006B485A">
            <w:pPr>
              <w:spacing w:after="0"/>
              <w:jc w:val="center"/>
            </w:pPr>
          </w:p>
        </w:tc>
      </w:tr>
      <w:tr w:rsidR="00870F98" w14:paraId="504C2C7C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227292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3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92015C" w14:textId="3FCC2307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B1AB5" w14:textId="15688BC7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4C8E5D" w14:textId="66C708AA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E3BE2" w14:textId="7CA44483" w:rsidR="00870F98" w:rsidRDefault="00870F98" w:rsidP="006B485A">
            <w:pPr>
              <w:spacing w:after="0"/>
              <w:jc w:val="center"/>
            </w:pPr>
          </w:p>
        </w:tc>
      </w:tr>
      <w:tr w:rsidR="00870F98" w14:paraId="3E1B3136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5373A8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4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88A902" w14:textId="44E53EDD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87550" w14:textId="29A98611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951C2" w14:textId="67891596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D25532" w14:textId="110E0C6A" w:rsidR="00870F98" w:rsidRDefault="00870F98" w:rsidP="006B485A">
            <w:pPr>
              <w:spacing w:after="0"/>
              <w:jc w:val="center"/>
            </w:pPr>
          </w:p>
        </w:tc>
      </w:tr>
      <w:tr w:rsidR="00870F98" w14:paraId="43E37048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BBA7C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5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6E0707" w14:textId="62FEE7B7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108B89" w14:textId="680C53EF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5C123" w14:textId="3BFCECB7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8F48A9" w14:textId="7111E9BE" w:rsidR="00870F98" w:rsidRDefault="00870F98" w:rsidP="006B485A">
            <w:pPr>
              <w:spacing w:after="0"/>
              <w:jc w:val="center"/>
            </w:pPr>
          </w:p>
        </w:tc>
      </w:tr>
      <w:tr w:rsidR="00870F98" w14:paraId="2AB612DE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5761C9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6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4F1783" w14:textId="5740FFE1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45DEF8" w14:textId="73A53D1E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7BCE4" w14:textId="252694B2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6646C6" w14:textId="5423409D" w:rsidR="00870F98" w:rsidRDefault="00870F98" w:rsidP="006B485A">
            <w:pPr>
              <w:spacing w:after="0"/>
              <w:jc w:val="center"/>
            </w:pPr>
          </w:p>
        </w:tc>
      </w:tr>
      <w:tr w:rsidR="00870F98" w14:paraId="55A46695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FE8892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7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CA0C2D" w14:textId="6772999B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41EA98" w14:textId="327BAF98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1B7AA" w14:textId="4E0C1D5B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7FC48F" w14:textId="41CEFC4F" w:rsidR="00870F98" w:rsidRDefault="00870F98" w:rsidP="006B485A">
            <w:pPr>
              <w:spacing w:after="0"/>
              <w:jc w:val="center"/>
            </w:pPr>
          </w:p>
        </w:tc>
      </w:tr>
      <w:tr w:rsidR="00870F98" w14:paraId="6578D342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004AA8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8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CD16A" w14:textId="3CB22AC8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ACD29" w14:textId="1A200A75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DD8F30" w14:textId="5A3DEF23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CAF07D" w14:textId="150BFA3E" w:rsidR="00870F98" w:rsidRDefault="00870F98" w:rsidP="006B485A">
            <w:pPr>
              <w:spacing w:after="0"/>
              <w:jc w:val="center"/>
            </w:pPr>
          </w:p>
        </w:tc>
      </w:tr>
      <w:tr w:rsidR="00870F98" w14:paraId="174AA862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4D81BC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9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7705AE" w14:textId="078BDEEA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21ABC5" w14:textId="1BF367F0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C769F4" w14:textId="63E72D1D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3870C3" w14:textId="36BAA3F4" w:rsidR="00870F98" w:rsidRDefault="00870F98" w:rsidP="006B485A">
            <w:pPr>
              <w:spacing w:after="0"/>
              <w:jc w:val="center"/>
            </w:pPr>
          </w:p>
        </w:tc>
      </w:tr>
      <w:tr w:rsidR="00870F98" w14:paraId="3B3FF506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2A6C47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10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88ADDE" w14:textId="31308921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8301D4" w14:textId="2E098763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E9F63D" w14:textId="3E9BB6FC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83BEF" w14:textId="76C7A91A" w:rsidR="00870F98" w:rsidRDefault="00870F98" w:rsidP="006B485A">
            <w:pPr>
              <w:spacing w:after="0"/>
              <w:jc w:val="center"/>
            </w:pPr>
          </w:p>
        </w:tc>
      </w:tr>
      <w:tr w:rsidR="00870F98" w14:paraId="3E566A88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A7BFAC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11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70F0D2" w14:textId="64AF3631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D358C4" w14:textId="30BED749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01450D" w14:textId="2455CB10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2CD9B" w14:textId="0A5BD97E" w:rsidR="00870F98" w:rsidRDefault="00870F98" w:rsidP="006B485A">
            <w:pPr>
              <w:spacing w:after="0"/>
              <w:jc w:val="center"/>
            </w:pPr>
          </w:p>
        </w:tc>
      </w:tr>
      <w:tr w:rsidR="00870F98" w14:paraId="1240E99A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41B83A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12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455439" w14:textId="00B35E7D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BCEFAA" w14:textId="7C3C9F39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43283F" w14:textId="3CB5484B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6BCA69" w14:textId="11A32A8F" w:rsidR="00870F98" w:rsidRDefault="00870F98" w:rsidP="006B485A">
            <w:pPr>
              <w:spacing w:after="0"/>
              <w:jc w:val="center"/>
            </w:pPr>
          </w:p>
        </w:tc>
      </w:tr>
      <w:tr w:rsidR="00870F98" w14:paraId="1403E234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E690C" w14:textId="77777777" w:rsidR="00870F98" w:rsidRDefault="00000000" w:rsidP="006B485A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13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20E2B9" w14:textId="3BA4641A" w:rsidR="00870F98" w:rsidRDefault="00870F98" w:rsidP="006B485A">
            <w:pPr>
              <w:spacing w:after="0"/>
              <w:jc w:val="center"/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A6CC98" w14:textId="2CA0FD1B" w:rsidR="00870F98" w:rsidRDefault="00870F98" w:rsidP="006B485A">
            <w:pPr>
              <w:spacing w:after="0"/>
              <w:jc w:val="center"/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03A096" w14:textId="371ACF79" w:rsidR="00870F98" w:rsidRDefault="00870F98" w:rsidP="006B485A">
            <w:pPr>
              <w:spacing w:after="0"/>
              <w:jc w:val="center"/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46B44" w14:textId="1A96268E" w:rsidR="00870F98" w:rsidRDefault="00870F98" w:rsidP="006B485A">
            <w:pPr>
              <w:spacing w:after="0"/>
              <w:jc w:val="center"/>
            </w:pPr>
          </w:p>
        </w:tc>
      </w:tr>
      <w:tr w:rsidR="002F4868" w14:paraId="453FE898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87C091" w14:textId="2E833E1A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14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F3579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3F854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0A5209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F9DA7F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315E97D3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DDD43" w14:textId="16D4C4A7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lastRenderedPageBreak/>
              <w:t>15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DE4096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608DE4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301DAC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EF3204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4B5D42F0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9895F" w14:textId="51F93286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16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47CA0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EDB3F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DABCC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47585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19AFDAE1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3CA3A" w14:textId="7D84BD6B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17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1DC43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BF903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9CDFE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6657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4E519B28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364728" w14:textId="50D375C1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18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4B9DA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6A9E7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DEC89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80B2D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3F4D32F9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D941E" w14:textId="0EDDC3F5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19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883145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6ECE5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4AFC4F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BE4AED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2B995A13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1D5DA" w14:textId="34B5B3EA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20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B5F09A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C06B5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A218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4EE5E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23254679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393565" w14:textId="2DFC59AD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21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23763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D3A6AF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AE599E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B0FEA1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67E0EDC9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41D1E" w14:textId="08754C41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22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DDAFE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272CF8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F5191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11A0A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79E2A225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5FDCE" w14:textId="363813CA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23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B6941D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5CF2ED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0587F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AFD74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276FAC9C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0DBB0D" w14:textId="04CC515E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24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DBCD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D232CA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32913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7BB8D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09E196FD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7D8E97" w14:textId="77B7F7C3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25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D420B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872AA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3973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DDAA79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6D4ADA51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38129" w14:textId="554B76E6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26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4ECCFA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1A4673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D6306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CC552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6E544D0B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99C54" w14:textId="3DE03720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27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FF45C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25393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10BCDD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2A2181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5D963C5E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498713" w14:textId="3535EC35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28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FD604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249C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5D1A1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A7E201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670E9FCF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317551" w14:textId="2ED47D9D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29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6E933F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3A43E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909584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C4F59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3572BDF8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432B1" w14:textId="424F0FE1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30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997A7B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FC93C7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BE23FE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793EC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  <w:tr w:rsidR="002F4868" w14:paraId="1CE80A7B" w14:textId="77777777" w:rsidTr="006B485A">
        <w:trPr>
          <w:trHeight w:val="567"/>
          <w:jc w:val="center"/>
        </w:trPr>
        <w:tc>
          <w:tcPr>
            <w:tcW w:w="5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39313C" w14:textId="0426AE87" w:rsidR="002F4868" w:rsidRDefault="005B76DC" w:rsidP="006B485A">
            <w:pPr>
              <w:spacing w:after="0"/>
              <w:jc w:val="center"/>
              <w:rPr>
                <w:color w:val="555555"/>
                <w:sz w:val="16"/>
              </w:rPr>
            </w:pPr>
            <w:r>
              <w:rPr>
                <w:color w:val="555555"/>
                <w:sz w:val="16"/>
              </w:rPr>
              <w:t>31</w:t>
            </w:r>
          </w:p>
        </w:tc>
        <w:tc>
          <w:tcPr>
            <w:tcW w:w="294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28C36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9BD0D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20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864F80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  <w:tc>
          <w:tcPr>
            <w:tcW w:w="35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A4A8AE" w14:textId="77777777" w:rsidR="002F4868" w:rsidRDefault="002F4868" w:rsidP="006B485A">
            <w:pPr>
              <w:spacing w:after="0"/>
              <w:jc w:val="center"/>
              <w:rPr>
                <w:color w:val="222222"/>
                <w:sz w:val="16"/>
              </w:rPr>
            </w:pPr>
          </w:p>
        </w:tc>
      </w:tr>
    </w:tbl>
    <w:p w14:paraId="3C26A1AB" w14:textId="77777777" w:rsidR="006B485A" w:rsidRDefault="006B485A">
      <w:pPr>
        <w:spacing w:before="100" w:after="60"/>
        <w:rPr>
          <w:b/>
          <w:color w:val="17365D"/>
          <w:sz w:val="20"/>
        </w:rPr>
      </w:pPr>
    </w:p>
    <w:p w14:paraId="740997D7" w14:textId="021D6133" w:rsidR="00870F98" w:rsidRDefault="00000000">
      <w:pPr>
        <w:spacing w:before="100" w:after="60"/>
      </w:pPr>
      <w:proofErr w:type="spellStart"/>
      <w:r>
        <w:rPr>
          <w:b/>
          <w:color w:val="17365D"/>
          <w:sz w:val="20"/>
        </w:rPr>
        <w:t>Abschluss</w:t>
      </w:r>
      <w:proofErr w:type="spellEnd"/>
      <w:r>
        <w:rPr>
          <w:b/>
          <w:color w:val="17365D"/>
          <w:sz w:val="20"/>
        </w:rPr>
        <w:t xml:space="preserve"> / </w:t>
      </w:r>
      <w:proofErr w:type="spellStart"/>
      <w:r>
        <w:rPr>
          <w:b/>
          <w:color w:val="17365D"/>
          <w:sz w:val="20"/>
        </w:rPr>
        <w:t>Dokumentation</w:t>
      </w:r>
      <w:proofErr w:type="spellEnd"/>
    </w:p>
    <w:tbl>
      <w:tblPr>
        <w:tblW w:w="0" w:type="auto"/>
        <w:jc w:val="center"/>
        <w:tblBorders>
          <w:top w:val="single" w:sz="4" w:space="0" w:color="B7C2CC"/>
          <w:left w:val="single" w:sz="4" w:space="0" w:color="B7C2CC"/>
          <w:bottom w:val="single" w:sz="4" w:space="0" w:color="B7C2CC"/>
          <w:right w:val="single" w:sz="4" w:space="0" w:color="B7C2CC"/>
          <w:insideH w:val="single" w:sz="4" w:space="0" w:color="B7C2CC"/>
          <w:insideV w:val="single" w:sz="4" w:space="0" w:color="B7C2CC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31"/>
        <w:gridCol w:w="2041"/>
        <w:gridCol w:w="3231"/>
      </w:tblGrid>
      <w:tr w:rsidR="00870F98" w14:paraId="4C8787F6" w14:textId="77777777">
        <w:trPr>
          <w:trHeight w:val="567"/>
          <w:jc w:val="center"/>
        </w:trPr>
        <w:tc>
          <w:tcPr>
            <w:tcW w:w="2041" w:type="dxa"/>
            <w:shd w:val="clear" w:color="auto" w:fill="EAF1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1300BA" w14:textId="77777777" w:rsidR="00870F98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Durchgeführt von</w:t>
            </w:r>
          </w:p>
        </w:tc>
        <w:tc>
          <w:tcPr>
            <w:tcW w:w="323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0FAF86" w14:textId="77777777" w:rsidR="00870F98" w:rsidRDefault="00000000">
            <w:pPr>
              <w:spacing w:after="0"/>
            </w:pPr>
            <w:r>
              <w:rPr>
                <w:color w:val="333333"/>
                <w:sz w:val="16"/>
              </w:rPr>
              <w:t xml:space="preserve"> </w:t>
            </w:r>
          </w:p>
        </w:tc>
        <w:tc>
          <w:tcPr>
            <w:tcW w:w="2041" w:type="dxa"/>
            <w:shd w:val="clear" w:color="auto" w:fill="EAF1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D53E2" w14:textId="77777777" w:rsidR="00870F98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Datum / Unterschrift Trainer</w:t>
            </w:r>
          </w:p>
        </w:tc>
        <w:tc>
          <w:tcPr>
            <w:tcW w:w="323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80BC0" w14:textId="77777777" w:rsidR="00870F98" w:rsidRDefault="00000000">
            <w:pPr>
              <w:spacing w:after="0"/>
            </w:pPr>
            <w:r>
              <w:rPr>
                <w:color w:val="333333"/>
                <w:sz w:val="16"/>
              </w:rPr>
              <w:t xml:space="preserve"> </w:t>
            </w:r>
          </w:p>
        </w:tc>
      </w:tr>
      <w:tr w:rsidR="00870F98" w14:paraId="7CE3EB4C" w14:textId="77777777">
        <w:trPr>
          <w:trHeight w:val="567"/>
          <w:jc w:val="center"/>
        </w:trPr>
        <w:tc>
          <w:tcPr>
            <w:tcW w:w="2041" w:type="dxa"/>
            <w:shd w:val="clear" w:color="auto" w:fill="EAF1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77BF97" w14:textId="77777777" w:rsidR="00870F98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Wirksamkeitskontrolle</w:t>
            </w:r>
          </w:p>
        </w:tc>
        <w:tc>
          <w:tcPr>
            <w:tcW w:w="323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FDB875" w14:textId="77777777" w:rsidR="00870F98" w:rsidRDefault="00000000">
            <w:pPr>
              <w:spacing w:after="0"/>
            </w:pPr>
            <w:r>
              <w:rPr>
                <w:color w:val="333333"/>
                <w:sz w:val="16"/>
              </w:rPr>
              <w:t>☐ nicht erforderlich   ☐ vorgesehen</w:t>
            </w:r>
          </w:p>
        </w:tc>
        <w:tc>
          <w:tcPr>
            <w:tcW w:w="2041" w:type="dxa"/>
            <w:shd w:val="clear" w:color="auto" w:fill="EAF1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9A279D" w14:textId="77777777" w:rsidR="00870F98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Bemerkung / Termin</w:t>
            </w:r>
          </w:p>
        </w:tc>
        <w:tc>
          <w:tcPr>
            <w:tcW w:w="323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E73F8" w14:textId="77777777" w:rsidR="00870F98" w:rsidRDefault="00000000">
            <w:pPr>
              <w:spacing w:after="0"/>
            </w:pPr>
            <w:r>
              <w:rPr>
                <w:color w:val="333333"/>
                <w:sz w:val="16"/>
              </w:rPr>
              <w:t xml:space="preserve"> </w:t>
            </w:r>
          </w:p>
        </w:tc>
      </w:tr>
    </w:tbl>
    <w:p w14:paraId="4EC6CCA0" w14:textId="77777777" w:rsidR="00870F98" w:rsidRDefault="00000000">
      <w:pPr>
        <w:spacing w:before="80" w:after="0"/>
      </w:pPr>
      <w:r>
        <w:rPr>
          <w:color w:val="666666"/>
          <w:sz w:val="13"/>
        </w:rPr>
        <w:t>Hinweis: Diese Vorlage dient als Teilnahme- und Schulungsnachweis. Anforderungen an Dokumentenlenkung, Aufbewahrung, Wirksamkeitsbewertung und Freigaben sind unternehmens- und regelwerksbezogen festzulegen.</w:t>
      </w:r>
    </w:p>
    <w:sectPr w:rsidR="00870F9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680" w:bottom="567" w:left="68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6ECE6D" w14:textId="77777777" w:rsidR="0025046C" w:rsidRDefault="0025046C">
      <w:pPr>
        <w:spacing w:after="0" w:line="240" w:lineRule="auto"/>
      </w:pPr>
      <w:r>
        <w:separator/>
      </w:r>
    </w:p>
  </w:endnote>
  <w:endnote w:type="continuationSeparator" w:id="0">
    <w:p w14:paraId="3C4E2E43" w14:textId="77777777" w:rsidR="0025046C" w:rsidRDefault="002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1689053840"/>
      <w:docPartObj>
        <w:docPartGallery w:val="Page Numbers (Bottom of Page)"/>
        <w:docPartUnique/>
      </w:docPartObj>
    </w:sdtPr>
    <w:sdtContent>
      <w:p w14:paraId="0195C7F9" w14:textId="3412BB58" w:rsidR="002F4868" w:rsidRDefault="002F4868" w:rsidP="00ED734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1871560249"/>
      <w:docPartObj>
        <w:docPartGallery w:val="Page Numbers (Bottom of Page)"/>
        <w:docPartUnique/>
      </w:docPartObj>
    </w:sdtPr>
    <w:sdtContent>
      <w:p w14:paraId="6C105A07" w14:textId="1509E5EF" w:rsidR="002F4868" w:rsidRDefault="002F4868" w:rsidP="002F4868">
        <w:pPr>
          <w:pStyle w:val="Fuzeile"/>
          <w:framePr w:wrap="none" w:vAnchor="text" w:hAnchor="margin" w:xAlign="center" w:y="1"/>
          <w:ind w:right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242F2FEC" w14:textId="77777777" w:rsidR="002F4868" w:rsidRDefault="002F48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B2DF4" w14:textId="1407021E" w:rsidR="00870F98" w:rsidRDefault="00000000" w:rsidP="002F4868">
    <w:pPr>
      <w:pStyle w:val="Fuzeile"/>
      <w:ind w:right="360"/>
      <w:jc w:val="center"/>
    </w:pPr>
    <w:r>
      <w:rPr>
        <w:color w:val="777777"/>
        <w:sz w:val="14"/>
      </w:rPr>
      <w:t xml:space="preserve"> </w:t>
    </w:r>
    <w:proofErr w:type="spellStart"/>
    <w:r w:rsidR="007D53DB" w:rsidRPr="007D53DB">
      <w:rPr>
        <w:color w:val="777777"/>
        <w:sz w:val="14"/>
      </w:rPr>
      <w:t>Unterweisungsnachweis</w:t>
    </w:r>
    <w:proofErr w:type="spellEnd"/>
    <w:r w:rsidR="007D53DB">
      <w:rPr>
        <w:color w:val="777777"/>
        <w:sz w:val="14"/>
      </w:rPr>
      <w:t xml:space="preserve"> Vorlage | </w:t>
    </w:r>
    <w:r>
      <w:rPr>
        <w:color w:val="777777"/>
        <w:sz w:val="14"/>
      </w:rPr>
      <w:t xml:space="preserve">Version 1.0 </w:t>
    </w:r>
    <w:r w:rsidR="007D53DB">
      <w:rPr>
        <w:color w:val="777777"/>
        <w:sz w:val="14"/>
      </w:rPr>
      <w:t xml:space="preserve">| </w:t>
    </w:r>
    <w:r w:rsidR="007D53DB" w:rsidRPr="007D53DB">
      <w:rPr>
        <w:b/>
        <w:bCs/>
        <w:color w:val="777777"/>
        <w:sz w:val="14"/>
      </w:rPr>
      <w:t>Schulungsmatrix.de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8B5DA6" w14:textId="77777777" w:rsidR="007D53DB" w:rsidRDefault="007D53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79F49E" w14:textId="77777777" w:rsidR="0025046C" w:rsidRDefault="0025046C">
      <w:pPr>
        <w:spacing w:after="0" w:line="240" w:lineRule="auto"/>
      </w:pPr>
      <w:r>
        <w:separator/>
      </w:r>
    </w:p>
  </w:footnote>
  <w:footnote w:type="continuationSeparator" w:id="0">
    <w:p w14:paraId="176EF327" w14:textId="77777777" w:rsidR="0025046C" w:rsidRDefault="002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9968B9" w14:textId="77777777" w:rsidR="007D53DB" w:rsidRDefault="007D53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70C62" w14:textId="77777777" w:rsidR="007D53DB" w:rsidRDefault="007D53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50F3D9" w14:textId="77777777" w:rsidR="007D53DB" w:rsidRDefault="007D53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386181">
    <w:abstractNumId w:val="8"/>
  </w:num>
  <w:num w:numId="2" w16cid:durableId="75129321">
    <w:abstractNumId w:val="6"/>
  </w:num>
  <w:num w:numId="3" w16cid:durableId="1166898264">
    <w:abstractNumId w:val="5"/>
  </w:num>
  <w:num w:numId="4" w16cid:durableId="2134782878">
    <w:abstractNumId w:val="4"/>
  </w:num>
  <w:num w:numId="5" w16cid:durableId="2044868655">
    <w:abstractNumId w:val="7"/>
  </w:num>
  <w:num w:numId="6" w16cid:durableId="896475126">
    <w:abstractNumId w:val="3"/>
  </w:num>
  <w:num w:numId="7" w16cid:durableId="2099667488">
    <w:abstractNumId w:val="2"/>
  </w:num>
  <w:num w:numId="8" w16cid:durableId="477041808">
    <w:abstractNumId w:val="1"/>
  </w:num>
  <w:num w:numId="9" w16cid:durableId="10898863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046C"/>
    <w:rsid w:val="0029639D"/>
    <w:rsid w:val="002C57AD"/>
    <w:rsid w:val="002F4868"/>
    <w:rsid w:val="00326F90"/>
    <w:rsid w:val="0054258C"/>
    <w:rsid w:val="005B76DC"/>
    <w:rsid w:val="006B485A"/>
    <w:rsid w:val="007D53DB"/>
    <w:rsid w:val="00870F98"/>
    <w:rsid w:val="009C2FA7"/>
    <w:rsid w:val="00AA1D8D"/>
    <w:rsid w:val="00B47730"/>
    <w:rsid w:val="00CB0664"/>
    <w:rsid w:val="00D27075"/>
    <w:rsid w:val="00D77F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2F13E"/>
  <w14:defaultImageDpi w14:val="300"/>
  <w15:docId w15:val="{208FA5F9-DB74-6C44-B5C2-95136273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eitenzahl">
    <w:name w:val="page number"/>
    <w:basedOn w:val="Absatz-Standardschriftart"/>
    <w:uiPriority w:val="99"/>
    <w:semiHidden/>
    <w:unhideWhenUsed/>
    <w:rsid w:val="002F4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Schulungsmatrix.de | Schulungs- &amp; Unterweisungsvorlage</vt:lpstr>
      <vt:lpstr/>
    </vt:vector>
  </TitlesOfParts>
  <Manager/>
  <Company>Mabudev UG (haftungsbeschränkt)</Company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Schulungsmatrix.de | Schulungs- &amp; Unterweisungsvorlage</dc:title>
  <dc:subject/>
  <dc:creator>Schulungsmatrix.de</dc:creator>
  <cp:keywords/>
  <dc:description/>
  <cp:lastModifiedBy>Martin Büttner | Mabudev UG</cp:lastModifiedBy>
  <cp:revision>4</cp:revision>
  <dcterms:created xsi:type="dcterms:W3CDTF">2013-12-23T23:15:00Z</dcterms:created>
  <dcterms:modified xsi:type="dcterms:W3CDTF">2026-08-27T16:17:00Z</dcterms:modified>
  <cp:category/>
</cp:coreProperties>
</file>